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44F" w:rsidRPr="00DE4BD8" w:rsidRDefault="00144F7C">
      <w:pPr>
        <w:pStyle w:val="Ttulo1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 xml:space="preserve">ANEXOS - INSTRUÇÃO NORMATIVA SCI Nº </w:t>
      </w:r>
      <w:r w:rsidR="00394758" w:rsidRPr="00DE4BD8">
        <w:rPr>
          <w:rFonts w:ascii="Times New Roman" w:hAnsi="Times New Roman" w:cs="Times New Roman"/>
          <w:color w:val="auto"/>
          <w:sz w:val="24"/>
          <w:szCs w:val="24"/>
        </w:rPr>
        <w:t>03</w:t>
      </w:r>
      <w:r w:rsidRPr="00DE4BD8">
        <w:rPr>
          <w:rFonts w:ascii="Times New Roman" w:hAnsi="Times New Roman" w:cs="Times New Roman"/>
          <w:color w:val="auto"/>
          <w:sz w:val="24"/>
          <w:szCs w:val="24"/>
        </w:rPr>
        <w:t>/2026</w:t>
      </w:r>
    </w:p>
    <w:p w:rsidR="00394758" w:rsidRPr="00DE4BD8" w:rsidRDefault="00394758">
      <w:pPr>
        <w:rPr>
          <w:rFonts w:ascii="Times New Roman" w:hAnsi="Times New Roman" w:cs="Times New Roman"/>
          <w:sz w:val="24"/>
          <w:szCs w:val="24"/>
        </w:rPr>
      </w:pPr>
    </w:p>
    <w:p w:rsidR="00394758" w:rsidRPr="00DE4BD8" w:rsidRDefault="00394758" w:rsidP="00394758">
      <w:pPr>
        <w:pStyle w:val="Ttulo1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>ANEXO I</w:t>
      </w:r>
    </w:p>
    <w:p w:rsidR="00394758" w:rsidRPr="00DE4BD8" w:rsidRDefault="00394758" w:rsidP="00394758">
      <w:pPr>
        <w:pStyle w:val="Ttulo2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>FORMULÁRIO DE PESQUISA QUINZENAL DE PREÇOS DE COMBUSTÍVEIS</w:t>
      </w:r>
    </w:p>
    <w:p w:rsidR="00394758" w:rsidRPr="00DE4BD8" w:rsidRDefault="00394758" w:rsidP="00394758">
      <w:pPr>
        <w:pStyle w:val="NormalWeb"/>
      </w:pPr>
      <w:r w:rsidRPr="00DE4BD8">
        <w:br/>
      </w:r>
      <w:r w:rsidRPr="00DE4BD8">
        <w:rPr>
          <w:rStyle w:val="Forte"/>
        </w:rPr>
        <w:t>SETOR DE GESTÃO DE FROTAS</w:t>
      </w:r>
    </w:p>
    <w:p w:rsidR="00394758" w:rsidRPr="00DE4BD8" w:rsidRDefault="00394758" w:rsidP="00394758">
      <w:pPr>
        <w:pStyle w:val="NormalWeb"/>
      </w:pPr>
      <w:r w:rsidRPr="00DE4BD8">
        <w:t>Período de Vigência da Pesquisa: __/__/__ a /__/__/__.</w:t>
      </w:r>
    </w:p>
    <w:p w:rsidR="00394758" w:rsidRPr="00DE4BD8" w:rsidRDefault="00394758" w:rsidP="00394758">
      <w:pPr>
        <w:pStyle w:val="NormalWeb"/>
      </w:pPr>
      <w:r w:rsidRPr="00DE4BD8">
        <w:t xml:space="preserve">Data da Pesquisa: </w:t>
      </w:r>
      <w:r w:rsidRPr="00DE4BD8">
        <w:rPr>
          <w:rStyle w:val="Forte"/>
        </w:rPr>
        <w:t>/</w:t>
      </w:r>
      <w:r w:rsidRPr="00DE4BD8">
        <w:t>/______</w:t>
      </w:r>
    </w:p>
    <w:p w:rsidR="00394758" w:rsidRPr="00DE4BD8" w:rsidRDefault="00394758" w:rsidP="00394758">
      <w:pPr>
        <w:pStyle w:val="NormalWeb"/>
      </w:pPr>
      <w:r w:rsidRPr="00DE4BD8">
        <w:t>Servidor Responsável: ___________________________________</w:t>
      </w:r>
    </w:p>
    <w:tbl>
      <w:tblPr>
        <w:tblW w:w="912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6"/>
        <w:gridCol w:w="1054"/>
        <w:gridCol w:w="1704"/>
        <w:gridCol w:w="1875"/>
        <w:gridCol w:w="1044"/>
        <w:gridCol w:w="1451"/>
        <w:gridCol w:w="1123"/>
      </w:tblGrid>
      <w:tr w:rsidR="00394758" w:rsidRPr="00DE4BD8" w:rsidTr="00144F7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Posto</w:t>
            </w: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</w:t>
            </w: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Gasolina Comum</w:t>
            </w: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Gasolina Aditivada</w:t>
            </w: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Diesel S10</w:t>
            </w: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Diesel Comum</w:t>
            </w:r>
          </w:p>
        </w:tc>
        <w:tc>
          <w:tcPr>
            <w:tcW w:w="1078" w:type="dxa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Etanol</w:t>
            </w:r>
          </w:p>
        </w:tc>
      </w:tr>
      <w:tr w:rsidR="00394758" w:rsidRPr="00DE4BD8" w:rsidTr="00144F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Posto 01</w:t>
            </w: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758" w:rsidRPr="00DE4BD8" w:rsidTr="00144F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Posto 02</w:t>
            </w: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758" w:rsidRPr="00DE4BD8" w:rsidTr="00144F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Posto 03</w:t>
            </w: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758" w:rsidRPr="00DE4BD8" w:rsidTr="00144F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Posto 04</w:t>
            </w: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244F" w:rsidRPr="00DE4BD8" w:rsidRDefault="00144F7C">
      <w:pPr>
        <w:rPr>
          <w:rFonts w:ascii="Times New Roman" w:hAnsi="Times New Roman" w:cs="Times New Roman"/>
          <w:sz w:val="24"/>
          <w:szCs w:val="24"/>
        </w:rPr>
      </w:pPr>
      <w:r w:rsidRPr="00DE4BD8">
        <w:rPr>
          <w:rFonts w:ascii="Times New Roman" w:hAnsi="Times New Roman" w:cs="Times New Roman"/>
          <w:sz w:val="24"/>
          <w:szCs w:val="24"/>
        </w:rPr>
        <w:br w:type="page"/>
      </w:r>
    </w:p>
    <w:p w:rsidR="00394758" w:rsidRPr="00DE4BD8" w:rsidRDefault="00394758" w:rsidP="00394758">
      <w:pPr>
        <w:pStyle w:val="Ttulo3"/>
        <w:rPr>
          <w:rFonts w:ascii="Times New Roman" w:hAnsi="Times New Roman" w:cs="Times New Roman"/>
          <w:sz w:val="24"/>
          <w:szCs w:val="24"/>
        </w:rPr>
      </w:pPr>
      <w:r w:rsidRPr="00DE4BD8">
        <w:rPr>
          <w:rFonts w:ascii="Times New Roman" w:hAnsi="Times New Roman" w:cs="Times New Roman"/>
          <w:sz w:val="24"/>
          <w:szCs w:val="24"/>
        </w:rPr>
        <w:lastRenderedPageBreak/>
        <w:t>RESULTADO</w:t>
      </w:r>
    </w:p>
    <w:tbl>
      <w:tblPr>
        <w:tblW w:w="884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07"/>
        <w:gridCol w:w="3118"/>
        <w:gridCol w:w="3119"/>
      </w:tblGrid>
      <w:tr w:rsidR="00394758" w:rsidRPr="00DE4BD8" w:rsidTr="00394758">
        <w:trPr>
          <w:tblHeader/>
          <w:tblCellSpacing w:w="15" w:type="dxa"/>
        </w:trPr>
        <w:tc>
          <w:tcPr>
            <w:tcW w:w="2562" w:type="dxa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Combustível</w:t>
            </w:r>
          </w:p>
        </w:tc>
        <w:tc>
          <w:tcPr>
            <w:tcW w:w="3088" w:type="dxa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Menor Preço Encontrado</w:t>
            </w:r>
          </w:p>
        </w:tc>
        <w:tc>
          <w:tcPr>
            <w:tcW w:w="3074" w:type="dxa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Posto Indicado</w:t>
            </w:r>
          </w:p>
        </w:tc>
      </w:tr>
      <w:tr w:rsidR="00394758" w:rsidRPr="00DE4BD8" w:rsidTr="00394758">
        <w:trPr>
          <w:tblCellSpacing w:w="15" w:type="dxa"/>
        </w:trPr>
        <w:tc>
          <w:tcPr>
            <w:tcW w:w="2562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Gasolina Comum</w:t>
            </w:r>
          </w:p>
        </w:tc>
        <w:tc>
          <w:tcPr>
            <w:tcW w:w="3088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R$ _____</w:t>
            </w:r>
          </w:p>
        </w:tc>
        <w:tc>
          <w:tcPr>
            <w:tcW w:w="3074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</w:tc>
      </w:tr>
      <w:tr w:rsidR="00394758" w:rsidRPr="00DE4BD8" w:rsidTr="00394758">
        <w:trPr>
          <w:tblCellSpacing w:w="15" w:type="dxa"/>
        </w:trPr>
        <w:tc>
          <w:tcPr>
            <w:tcW w:w="2562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Gasolina Aditivada</w:t>
            </w:r>
          </w:p>
        </w:tc>
        <w:tc>
          <w:tcPr>
            <w:tcW w:w="3088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R$ _____</w:t>
            </w:r>
          </w:p>
        </w:tc>
        <w:tc>
          <w:tcPr>
            <w:tcW w:w="3074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</w:tc>
      </w:tr>
      <w:tr w:rsidR="00394758" w:rsidRPr="00DE4BD8" w:rsidTr="00394758">
        <w:trPr>
          <w:tblCellSpacing w:w="15" w:type="dxa"/>
        </w:trPr>
        <w:tc>
          <w:tcPr>
            <w:tcW w:w="2562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Diesel S10</w:t>
            </w:r>
          </w:p>
        </w:tc>
        <w:tc>
          <w:tcPr>
            <w:tcW w:w="3088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R$ _____</w:t>
            </w:r>
          </w:p>
        </w:tc>
        <w:tc>
          <w:tcPr>
            <w:tcW w:w="3074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</w:tc>
      </w:tr>
      <w:tr w:rsidR="00394758" w:rsidRPr="00DE4BD8" w:rsidTr="00394758">
        <w:trPr>
          <w:tblCellSpacing w:w="15" w:type="dxa"/>
        </w:trPr>
        <w:tc>
          <w:tcPr>
            <w:tcW w:w="2562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Diesel Comum</w:t>
            </w:r>
          </w:p>
        </w:tc>
        <w:tc>
          <w:tcPr>
            <w:tcW w:w="3088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R$ _____</w:t>
            </w:r>
          </w:p>
        </w:tc>
        <w:tc>
          <w:tcPr>
            <w:tcW w:w="3074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</w:tc>
      </w:tr>
      <w:tr w:rsidR="00394758" w:rsidRPr="00DE4BD8" w:rsidTr="00394758">
        <w:trPr>
          <w:tblCellSpacing w:w="15" w:type="dxa"/>
        </w:trPr>
        <w:tc>
          <w:tcPr>
            <w:tcW w:w="2562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Etanol</w:t>
            </w:r>
          </w:p>
        </w:tc>
        <w:tc>
          <w:tcPr>
            <w:tcW w:w="3088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R$ _____</w:t>
            </w:r>
          </w:p>
        </w:tc>
        <w:tc>
          <w:tcPr>
            <w:tcW w:w="3074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</w:tc>
      </w:tr>
    </w:tbl>
    <w:p w:rsidR="00394758" w:rsidRPr="00DE4BD8" w:rsidRDefault="00394758" w:rsidP="00394758">
      <w:pPr>
        <w:pStyle w:val="NormalWeb"/>
      </w:pPr>
      <w:r w:rsidRPr="00DE4BD8">
        <w:br/>
        <w:t>Declaro que a presente pesquisa foi realizada junto aos postos credenciados aptos ao atendimento da frota municipal e representa os preços vigentes na data da coleta.</w:t>
      </w:r>
    </w:p>
    <w:p w:rsidR="00394758" w:rsidRPr="00DE4BD8" w:rsidRDefault="00394758" w:rsidP="00394758">
      <w:pPr>
        <w:pStyle w:val="NormalWeb"/>
      </w:pPr>
      <w:r w:rsidRPr="00DE4BD8">
        <w:t>Local e Data: ________________________</w:t>
      </w:r>
    </w:p>
    <w:p w:rsidR="00394758" w:rsidRPr="00DE4BD8" w:rsidRDefault="00394758" w:rsidP="00394758">
      <w:pPr>
        <w:pStyle w:val="NormalWeb"/>
      </w:pPr>
    </w:p>
    <w:p w:rsidR="00394758" w:rsidRPr="00DE4BD8" w:rsidRDefault="00394758" w:rsidP="00394758">
      <w:pPr>
        <w:pStyle w:val="NormalWeb"/>
      </w:pPr>
    </w:p>
    <w:p w:rsidR="00394758" w:rsidRPr="00DE4BD8" w:rsidRDefault="00394758" w:rsidP="00394758">
      <w:pPr>
        <w:pStyle w:val="NormalWeb"/>
      </w:pPr>
    </w:p>
    <w:p w:rsidR="00394758" w:rsidRPr="00DE4BD8" w:rsidRDefault="00394758" w:rsidP="00394758">
      <w:pPr>
        <w:pStyle w:val="NormalWeb"/>
      </w:pPr>
    </w:p>
    <w:p w:rsidR="00394758" w:rsidRPr="00DE4BD8" w:rsidRDefault="00394758" w:rsidP="00394758">
      <w:pPr>
        <w:pStyle w:val="NormalWeb"/>
      </w:pPr>
    </w:p>
    <w:p w:rsidR="00394758" w:rsidRPr="00DE4BD8" w:rsidRDefault="00394758" w:rsidP="00394758">
      <w:pPr>
        <w:pStyle w:val="NormalWeb"/>
      </w:pPr>
    </w:p>
    <w:p w:rsidR="00394758" w:rsidRPr="00DE4BD8" w:rsidRDefault="00394758" w:rsidP="00394758">
      <w:pPr>
        <w:pStyle w:val="NormalWeb"/>
      </w:pPr>
    </w:p>
    <w:p w:rsidR="00394758" w:rsidRPr="00DE4BD8" w:rsidRDefault="00394758" w:rsidP="00394758">
      <w:pPr>
        <w:pStyle w:val="NormalWeb"/>
      </w:pPr>
    </w:p>
    <w:p w:rsidR="00394758" w:rsidRPr="00DE4BD8" w:rsidRDefault="00394758" w:rsidP="00394758">
      <w:pPr>
        <w:pStyle w:val="NormalWeb"/>
      </w:pPr>
    </w:p>
    <w:p w:rsidR="00394758" w:rsidRPr="00DE4BD8" w:rsidRDefault="00394758" w:rsidP="00394758">
      <w:pPr>
        <w:pStyle w:val="NormalWeb"/>
      </w:pPr>
    </w:p>
    <w:p w:rsidR="00394758" w:rsidRPr="00DE4BD8" w:rsidRDefault="00394758" w:rsidP="00394758">
      <w:pPr>
        <w:pStyle w:val="Ttulo1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lastRenderedPageBreak/>
        <w:t>ANEXO II</w:t>
      </w:r>
    </w:p>
    <w:p w:rsidR="00394758" w:rsidRPr="00DE4BD8" w:rsidRDefault="00394758" w:rsidP="00394758">
      <w:pPr>
        <w:pStyle w:val="Ttulo2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>JUSTIFICATIVA PARA ABASTECIMENTO EM POSTO DIVERSO</w:t>
      </w:r>
    </w:p>
    <w:p w:rsidR="00394758" w:rsidRPr="00DE4BD8" w:rsidRDefault="00394758" w:rsidP="00394758">
      <w:pPr>
        <w:pStyle w:val="NormalWeb"/>
      </w:pPr>
      <w:r w:rsidRPr="00DE4BD8">
        <w:t>Secretaria: ___________________________________</w:t>
      </w:r>
    </w:p>
    <w:p w:rsidR="00394758" w:rsidRPr="00DE4BD8" w:rsidRDefault="00394758" w:rsidP="00394758">
      <w:pPr>
        <w:pStyle w:val="NormalWeb"/>
      </w:pPr>
      <w:r w:rsidRPr="00DE4BD8">
        <w:t>Veículo: _____________________________________</w:t>
      </w:r>
    </w:p>
    <w:p w:rsidR="00394758" w:rsidRPr="00DE4BD8" w:rsidRDefault="00394758" w:rsidP="00394758">
      <w:pPr>
        <w:pStyle w:val="NormalWeb"/>
      </w:pPr>
      <w:r w:rsidRPr="00DE4BD8">
        <w:t>Placa: _______________________________________</w:t>
      </w:r>
    </w:p>
    <w:p w:rsidR="00394758" w:rsidRPr="00DE4BD8" w:rsidRDefault="00394758" w:rsidP="00394758">
      <w:pPr>
        <w:pStyle w:val="NormalWeb"/>
      </w:pPr>
      <w:r w:rsidRPr="00DE4BD8">
        <w:t>Condutor: ____________________________________</w:t>
      </w:r>
    </w:p>
    <w:p w:rsidR="00394758" w:rsidRPr="00DE4BD8" w:rsidRDefault="00394758" w:rsidP="00394758">
      <w:pPr>
        <w:pStyle w:val="NormalWeb"/>
      </w:pPr>
      <w:r w:rsidRPr="00DE4BD8">
        <w:t xml:space="preserve">Data do Abastecimento: </w:t>
      </w:r>
      <w:r w:rsidRPr="00DE4BD8">
        <w:rPr>
          <w:rStyle w:val="Forte"/>
        </w:rPr>
        <w:t>/</w:t>
      </w:r>
      <w:r w:rsidRPr="00DE4BD8">
        <w:t>/______</w:t>
      </w:r>
    </w:p>
    <w:p w:rsidR="00394758" w:rsidRPr="00DE4BD8" w:rsidRDefault="00394758" w:rsidP="00394758">
      <w:pPr>
        <w:pStyle w:val="NormalWeb"/>
      </w:pPr>
      <w:r w:rsidRPr="00DE4BD8">
        <w:t>Posto Utilizado: ______________________________</w:t>
      </w:r>
    </w:p>
    <w:p w:rsidR="00394758" w:rsidRPr="00DE4BD8" w:rsidRDefault="00394758" w:rsidP="00394758">
      <w:pPr>
        <w:pStyle w:val="NormalWeb"/>
      </w:pPr>
      <w:r w:rsidRPr="00DE4BD8">
        <w:t>Posto Indicado pela Pesquisa: __________________</w:t>
      </w:r>
    </w:p>
    <w:p w:rsidR="00394758" w:rsidRPr="00DE4BD8" w:rsidRDefault="00394758" w:rsidP="00394758">
      <w:pPr>
        <w:pStyle w:val="NormalWeb"/>
      </w:pPr>
      <w:r w:rsidRPr="00DE4BD8">
        <w:t>Preço do Posto Utilizado: R$ __________</w:t>
      </w:r>
    </w:p>
    <w:p w:rsidR="00394758" w:rsidRPr="00DE4BD8" w:rsidRDefault="00394758" w:rsidP="00394758">
      <w:pPr>
        <w:pStyle w:val="NormalWeb"/>
      </w:pPr>
      <w:r w:rsidRPr="00DE4BD8">
        <w:t>Preço do Posto Indicado: R$ __________</w:t>
      </w:r>
    </w:p>
    <w:p w:rsidR="00394758" w:rsidRPr="00DE4BD8" w:rsidRDefault="00394758" w:rsidP="00394758">
      <w:pPr>
        <w:pStyle w:val="NormalWeb"/>
      </w:pPr>
      <w:r w:rsidRPr="00DE4BD8">
        <w:t>Diferença Estimada: R$ __________</w:t>
      </w:r>
    </w:p>
    <w:p w:rsidR="00394758" w:rsidRPr="00DE4BD8" w:rsidRDefault="00394758" w:rsidP="00394758">
      <w:pPr>
        <w:pStyle w:val="Ttulo3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>MOTIVO DA EXCEÇÃO</w:t>
      </w:r>
    </w:p>
    <w:p w:rsidR="00394758" w:rsidRPr="00DE4BD8" w:rsidRDefault="00394758" w:rsidP="00394758">
      <w:pPr>
        <w:pStyle w:val="NormalWeb"/>
      </w:pPr>
      <w:r w:rsidRPr="00DE4BD8">
        <w:t>(  ) Viagem fora do Município</w:t>
      </w:r>
    </w:p>
    <w:p w:rsidR="00394758" w:rsidRPr="00DE4BD8" w:rsidRDefault="00394758" w:rsidP="00394758">
      <w:pPr>
        <w:pStyle w:val="NormalWeb"/>
      </w:pPr>
      <w:r w:rsidRPr="00DE4BD8">
        <w:t>(  ) Situação de Emergência</w:t>
      </w:r>
    </w:p>
    <w:p w:rsidR="00394758" w:rsidRPr="00DE4BD8" w:rsidRDefault="00394758" w:rsidP="00394758">
      <w:pPr>
        <w:pStyle w:val="NormalWeb"/>
      </w:pPr>
      <w:r w:rsidRPr="00DE4BD8">
        <w:t>(  ) Falta de Combustível no Posto Indicado</w:t>
      </w:r>
    </w:p>
    <w:p w:rsidR="00394758" w:rsidRPr="00DE4BD8" w:rsidRDefault="00394758" w:rsidP="00394758">
      <w:pPr>
        <w:pStyle w:val="NormalWeb"/>
      </w:pPr>
      <w:r w:rsidRPr="00DE4BD8">
        <w:t>(  ) Sistema Inoperante</w:t>
      </w:r>
    </w:p>
    <w:p w:rsidR="00394758" w:rsidRPr="00DE4BD8" w:rsidRDefault="00394758" w:rsidP="00394758">
      <w:pPr>
        <w:pStyle w:val="NormalWeb"/>
      </w:pPr>
      <w:r w:rsidRPr="00DE4BD8">
        <w:t>(  ) Posto Fechado</w:t>
      </w:r>
    </w:p>
    <w:p w:rsidR="00394758" w:rsidRPr="00DE4BD8" w:rsidRDefault="00394758" w:rsidP="00394758">
      <w:pPr>
        <w:pStyle w:val="NormalWeb"/>
      </w:pPr>
      <w:r w:rsidRPr="00DE4BD8">
        <w:t>( ) Outro</w:t>
      </w:r>
    </w:p>
    <w:p w:rsidR="00394758" w:rsidRPr="00DE4BD8" w:rsidRDefault="00394758" w:rsidP="00394758">
      <w:pPr>
        <w:pStyle w:val="Ttulo3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>DESCRIÇÃO</w:t>
      </w:r>
    </w:p>
    <w:p w:rsidR="00394758" w:rsidRPr="00DE4BD8" w:rsidRDefault="00824C6D" w:rsidP="00394758">
      <w:pPr>
        <w:rPr>
          <w:rFonts w:ascii="Times New Roman" w:hAnsi="Times New Roman" w:cs="Times New Roman"/>
          <w:sz w:val="24"/>
          <w:szCs w:val="24"/>
        </w:rPr>
      </w:pPr>
      <w:r w:rsidRPr="00824C6D">
        <w:rPr>
          <w:rFonts w:ascii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394758" w:rsidRPr="00DE4BD8" w:rsidRDefault="00824C6D" w:rsidP="00394758">
      <w:pPr>
        <w:rPr>
          <w:rFonts w:ascii="Times New Roman" w:hAnsi="Times New Roman" w:cs="Times New Roman"/>
          <w:sz w:val="24"/>
          <w:szCs w:val="24"/>
        </w:rPr>
      </w:pPr>
      <w:r w:rsidRPr="00824C6D">
        <w:rPr>
          <w:rFonts w:ascii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394758" w:rsidRPr="00DE4BD8" w:rsidRDefault="00824C6D" w:rsidP="00394758">
      <w:pPr>
        <w:rPr>
          <w:rFonts w:ascii="Times New Roman" w:hAnsi="Times New Roman" w:cs="Times New Roman"/>
          <w:sz w:val="24"/>
          <w:szCs w:val="24"/>
        </w:rPr>
      </w:pPr>
      <w:r w:rsidRPr="00824C6D">
        <w:rPr>
          <w:rFonts w:ascii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394758" w:rsidRPr="00DE4BD8" w:rsidRDefault="00394758" w:rsidP="00394758">
      <w:pPr>
        <w:pStyle w:val="NormalWeb"/>
      </w:pPr>
      <w:r w:rsidRPr="00DE4BD8">
        <w:lastRenderedPageBreak/>
        <w:t>Declaro serem verdadeiras as informações prestadas.</w:t>
      </w:r>
    </w:p>
    <w:p w:rsidR="00394758" w:rsidRPr="00DE4BD8" w:rsidRDefault="00394758" w:rsidP="00394758">
      <w:pPr>
        <w:pStyle w:val="NormalWeb"/>
      </w:pPr>
      <w:r w:rsidRPr="00DE4BD8">
        <w:t xml:space="preserve">Data: </w:t>
      </w:r>
      <w:r w:rsidRPr="00DE4BD8">
        <w:rPr>
          <w:rStyle w:val="Forte"/>
        </w:rPr>
        <w:t>/</w:t>
      </w:r>
      <w:r w:rsidRPr="00DE4BD8">
        <w:t>/______</w:t>
      </w:r>
    </w:p>
    <w:p w:rsidR="00394758" w:rsidRPr="00DE4BD8" w:rsidRDefault="00824C6D" w:rsidP="00394758">
      <w:pPr>
        <w:rPr>
          <w:rFonts w:ascii="Times New Roman" w:hAnsi="Times New Roman" w:cs="Times New Roman"/>
          <w:sz w:val="24"/>
          <w:szCs w:val="24"/>
        </w:rPr>
      </w:pPr>
      <w:r w:rsidRPr="00824C6D">
        <w:rPr>
          <w:rFonts w:ascii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394758" w:rsidRPr="00DE4BD8" w:rsidRDefault="00394758" w:rsidP="00394758">
      <w:pPr>
        <w:pStyle w:val="NormalWeb"/>
      </w:pPr>
      <w:r w:rsidRPr="00DE4BD8">
        <w:t>Condutor</w:t>
      </w:r>
    </w:p>
    <w:p w:rsidR="00394758" w:rsidRPr="00DE4BD8" w:rsidRDefault="00394758" w:rsidP="00394758">
      <w:pPr>
        <w:pStyle w:val="NormalWeb"/>
      </w:pPr>
      <w:r w:rsidRPr="00DE4BD8">
        <w:t>Parecer da Chefia Imediata:</w:t>
      </w:r>
    </w:p>
    <w:p w:rsidR="00394758" w:rsidRPr="00DE4BD8" w:rsidRDefault="00394758" w:rsidP="00394758">
      <w:pPr>
        <w:pStyle w:val="NormalWeb"/>
      </w:pPr>
      <w:r w:rsidRPr="00DE4BD8">
        <w:t>( ) Deferido</w:t>
      </w:r>
    </w:p>
    <w:p w:rsidR="00394758" w:rsidRPr="00DE4BD8" w:rsidRDefault="00394758" w:rsidP="00394758">
      <w:pPr>
        <w:pStyle w:val="NormalWeb"/>
      </w:pPr>
      <w:r w:rsidRPr="00DE4BD8">
        <w:t>( ) Indeferido</w:t>
      </w:r>
    </w:p>
    <w:p w:rsidR="00394758" w:rsidRPr="00DE4BD8" w:rsidRDefault="00394758" w:rsidP="00394758">
      <w:pPr>
        <w:pStyle w:val="NormalWeb"/>
      </w:pPr>
      <w:r w:rsidRPr="00DE4BD8">
        <w:t>Justificativa:</w:t>
      </w:r>
    </w:p>
    <w:p w:rsidR="00394758" w:rsidRPr="00DE4BD8" w:rsidRDefault="00824C6D" w:rsidP="00394758">
      <w:pPr>
        <w:rPr>
          <w:rFonts w:ascii="Times New Roman" w:hAnsi="Times New Roman" w:cs="Times New Roman"/>
          <w:sz w:val="24"/>
          <w:szCs w:val="24"/>
        </w:rPr>
      </w:pPr>
      <w:r w:rsidRPr="00824C6D">
        <w:rPr>
          <w:rFonts w:ascii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394758" w:rsidRPr="00DE4BD8" w:rsidRDefault="00824C6D" w:rsidP="00394758">
      <w:pPr>
        <w:rPr>
          <w:rFonts w:ascii="Times New Roman" w:hAnsi="Times New Roman" w:cs="Times New Roman"/>
          <w:sz w:val="24"/>
          <w:szCs w:val="24"/>
        </w:rPr>
      </w:pPr>
      <w:r w:rsidRPr="00824C6D">
        <w:rPr>
          <w:rFonts w:ascii="Times New Roman" w:hAnsi="Times New Roman" w:cs="Times New Roman"/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394758" w:rsidRPr="00DE4BD8" w:rsidRDefault="00394758" w:rsidP="00394758">
      <w:pPr>
        <w:pStyle w:val="NormalWeb"/>
      </w:pPr>
      <w:r w:rsidRPr="00DE4BD8">
        <w:t>Chefia Imediata</w:t>
      </w:r>
    </w:p>
    <w:p w:rsidR="00394758" w:rsidRPr="00DE4BD8" w:rsidRDefault="00394758" w:rsidP="00394758">
      <w:pPr>
        <w:pStyle w:val="NormalWeb"/>
      </w:pPr>
    </w:p>
    <w:p w:rsidR="0033244F" w:rsidRPr="00DE4BD8" w:rsidRDefault="0033244F">
      <w:pPr>
        <w:rPr>
          <w:rFonts w:ascii="Times New Roman" w:hAnsi="Times New Roman" w:cs="Times New Roman"/>
          <w:sz w:val="24"/>
          <w:szCs w:val="24"/>
        </w:rPr>
      </w:pPr>
    </w:p>
    <w:p w:rsidR="00394758" w:rsidRPr="00DE4BD8" w:rsidRDefault="00394758">
      <w:pPr>
        <w:rPr>
          <w:rFonts w:ascii="Times New Roman" w:hAnsi="Times New Roman" w:cs="Times New Roman"/>
          <w:sz w:val="24"/>
          <w:szCs w:val="24"/>
        </w:rPr>
      </w:pPr>
    </w:p>
    <w:p w:rsidR="00394758" w:rsidRPr="00DE4BD8" w:rsidRDefault="00394758">
      <w:pPr>
        <w:rPr>
          <w:rFonts w:ascii="Times New Roman" w:hAnsi="Times New Roman" w:cs="Times New Roman"/>
          <w:sz w:val="24"/>
          <w:szCs w:val="24"/>
        </w:rPr>
      </w:pPr>
    </w:p>
    <w:p w:rsidR="00394758" w:rsidRPr="00DE4BD8" w:rsidRDefault="00394758">
      <w:pPr>
        <w:rPr>
          <w:rFonts w:ascii="Times New Roman" w:hAnsi="Times New Roman" w:cs="Times New Roman"/>
          <w:sz w:val="24"/>
          <w:szCs w:val="24"/>
        </w:rPr>
      </w:pPr>
    </w:p>
    <w:p w:rsidR="00394758" w:rsidRPr="00DE4BD8" w:rsidRDefault="00394758">
      <w:pPr>
        <w:rPr>
          <w:rFonts w:ascii="Times New Roman" w:hAnsi="Times New Roman" w:cs="Times New Roman"/>
          <w:sz w:val="24"/>
          <w:szCs w:val="24"/>
        </w:rPr>
      </w:pPr>
    </w:p>
    <w:p w:rsidR="00394758" w:rsidRPr="00DE4BD8" w:rsidRDefault="00394758">
      <w:pPr>
        <w:rPr>
          <w:rFonts w:ascii="Times New Roman" w:hAnsi="Times New Roman" w:cs="Times New Roman"/>
          <w:sz w:val="24"/>
          <w:szCs w:val="24"/>
        </w:rPr>
      </w:pPr>
    </w:p>
    <w:p w:rsidR="00394758" w:rsidRPr="00DE4BD8" w:rsidRDefault="00394758">
      <w:pPr>
        <w:rPr>
          <w:rFonts w:ascii="Times New Roman" w:hAnsi="Times New Roman" w:cs="Times New Roman"/>
          <w:sz w:val="24"/>
          <w:szCs w:val="24"/>
        </w:rPr>
      </w:pPr>
    </w:p>
    <w:p w:rsidR="00394758" w:rsidRPr="00DE4BD8" w:rsidRDefault="00394758">
      <w:pPr>
        <w:rPr>
          <w:rFonts w:ascii="Times New Roman" w:hAnsi="Times New Roman" w:cs="Times New Roman"/>
          <w:sz w:val="24"/>
          <w:szCs w:val="24"/>
        </w:rPr>
      </w:pPr>
    </w:p>
    <w:p w:rsidR="00394758" w:rsidRPr="00DE4BD8" w:rsidRDefault="00394758">
      <w:pPr>
        <w:rPr>
          <w:rFonts w:ascii="Times New Roman" w:hAnsi="Times New Roman" w:cs="Times New Roman"/>
          <w:sz w:val="24"/>
          <w:szCs w:val="24"/>
        </w:rPr>
      </w:pPr>
    </w:p>
    <w:p w:rsidR="00394758" w:rsidRPr="00DE4BD8" w:rsidRDefault="00394758" w:rsidP="00394758">
      <w:pPr>
        <w:pStyle w:val="Ttulo1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lastRenderedPageBreak/>
        <w:t>ANEXO III</w:t>
      </w:r>
    </w:p>
    <w:p w:rsidR="00394758" w:rsidRPr="00DE4BD8" w:rsidRDefault="00394758" w:rsidP="00394758">
      <w:pPr>
        <w:pStyle w:val="Ttulo2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>RELATÓRIO MENSAL DE CONFORMIDADE DOS ABASTECIMENTOS</w:t>
      </w:r>
    </w:p>
    <w:p w:rsidR="00394758" w:rsidRPr="00DE4BD8" w:rsidRDefault="00394758" w:rsidP="00394758">
      <w:pPr>
        <w:pStyle w:val="NormalWeb"/>
      </w:pPr>
      <w:r w:rsidRPr="00DE4BD8">
        <w:t>Secretaria: ___________________________</w:t>
      </w:r>
    </w:p>
    <w:p w:rsidR="00394758" w:rsidRPr="00DE4BD8" w:rsidRDefault="00394758" w:rsidP="00394758">
      <w:pPr>
        <w:pStyle w:val="NormalWeb"/>
      </w:pPr>
      <w:r w:rsidRPr="00DE4BD8">
        <w:t>Mês/Ano: _____________________________</w:t>
      </w:r>
    </w:p>
    <w:p w:rsidR="00394758" w:rsidRPr="00DE4BD8" w:rsidRDefault="00394758" w:rsidP="00394758">
      <w:pPr>
        <w:pStyle w:val="Ttulo3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b w:val="0"/>
          <w:color w:val="auto"/>
          <w:sz w:val="24"/>
          <w:szCs w:val="24"/>
        </w:rPr>
        <w:t>RESUMO GERAL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75"/>
        <w:gridCol w:w="3260"/>
      </w:tblGrid>
      <w:tr w:rsidR="00394758" w:rsidRPr="00DE4BD8" w:rsidTr="00394758">
        <w:trPr>
          <w:tblHeader/>
          <w:tblCellSpacing w:w="15" w:type="dxa"/>
        </w:trPr>
        <w:tc>
          <w:tcPr>
            <w:tcW w:w="4830" w:type="dxa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3215" w:type="dxa"/>
            <w:vAlign w:val="center"/>
            <w:hideMark/>
          </w:tcPr>
          <w:p w:rsidR="00394758" w:rsidRPr="00DE4BD8" w:rsidRDefault="0039475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</w:tr>
      <w:tr w:rsidR="00394758" w:rsidRPr="00DE4BD8" w:rsidTr="00394758">
        <w:trPr>
          <w:tblCellSpacing w:w="15" w:type="dxa"/>
        </w:trPr>
        <w:tc>
          <w:tcPr>
            <w:tcW w:w="4830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Total de Abastecimentos</w:t>
            </w:r>
          </w:p>
        </w:tc>
        <w:tc>
          <w:tcPr>
            <w:tcW w:w="3215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</w:tc>
      </w:tr>
      <w:tr w:rsidR="00394758" w:rsidRPr="00DE4BD8" w:rsidTr="00394758">
        <w:trPr>
          <w:tblCellSpacing w:w="15" w:type="dxa"/>
        </w:trPr>
        <w:tc>
          <w:tcPr>
            <w:tcW w:w="4830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Abastecimentos no Posto Indicado</w:t>
            </w:r>
          </w:p>
        </w:tc>
        <w:tc>
          <w:tcPr>
            <w:tcW w:w="3215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</w:tc>
      </w:tr>
      <w:tr w:rsidR="00394758" w:rsidRPr="00DE4BD8" w:rsidTr="00394758">
        <w:trPr>
          <w:tblCellSpacing w:w="15" w:type="dxa"/>
        </w:trPr>
        <w:tc>
          <w:tcPr>
            <w:tcW w:w="4830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Abastecimentos em Posto Diverso</w:t>
            </w:r>
          </w:p>
        </w:tc>
        <w:tc>
          <w:tcPr>
            <w:tcW w:w="3215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</w:tc>
      </w:tr>
      <w:tr w:rsidR="00394758" w:rsidRPr="00DE4BD8" w:rsidTr="00394758">
        <w:trPr>
          <w:tblCellSpacing w:w="15" w:type="dxa"/>
        </w:trPr>
        <w:tc>
          <w:tcPr>
            <w:tcW w:w="4830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Justificativas Aceitas</w:t>
            </w:r>
          </w:p>
        </w:tc>
        <w:tc>
          <w:tcPr>
            <w:tcW w:w="3215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</w:tc>
      </w:tr>
      <w:tr w:rsidR="00394758" w:rsidRPr="00DE4BD8" w:rsidTr="00394758">
        <w:trPr>
          <w:tblCellSpacing w:w="15" w:type="dxa"/>
        </w:trPr>
        <w:tc>
          <w:tcPr>
            <w:tcW w:w="4830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Justificativas Rejeitadas</w:t>
            </w:r>
          </w:p>
        </w:tc>
        <w:tc>
          <w:tcPr>
            <w:tcW w:w="3215" w:type="dxa"/>
            <w:vAlign w:val="center"/>
            <w:hideMark/>
          </w:tcPr>
          <w:p w:rsidR="00394758" w:rsidRPr="00DE4BD8" w:rsidRDefault="00394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BD8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</w:tc>
      </w:tr>
    </w:tbl>
    <w:p w:rsidR="00394758" w:rsidRPr="00DE4BD8" w:rsidRDefault="00394758" w:rsidP="00394758">
      <w:pPr>
        <w:pStyle w:val="Ttulo3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>ÍNDICE DE CONFORMIDADE</w:t>
      </w:r>
    </w:p>
    <w:p w:rsidR="00394758" w:rsidRPr="00DE4BD8" w:rsidRDefault="00394758" w:rsidP="00394758">
      <w:pPr>
        <w:pStyle w:val="NormalWeb"/>
      </w:pPr>
      <w:r w:rsidRPr="00DE4BD8">
        <w:t>Fórmula:</w:t>
      </w:r>
    </w:p>
    <w:p w:rsidR="00394758" w:rsidRPr="00DE4BD8" w:rsidRDefault="00394758" w:rsidP="00394758">
      <w:pPr>
        <w:pStyle w:val="NormalWeb"/>
      </w:pPr>
      <w:r w:rsidRPr="00DE4BD8">
        <w:t>ICA = (Abastecimentos no Posto Indicado ÷ Total de Abastecimentos) × 100</w:t>
      </w:r>
    </w:p>
    <w:p w:rsidR="00394758" w:rsidRPr="00DE4BD8" w:rsidRDefault="00394758" w:rsidP="00394758">
      <w:pPr>
        <w:pStyle w:val="NormalWeb"/>
      </w:pPr>
      <w:r w:rsidRPr="00DE4BD8">
        <w:t>Índice Obtido: ______ %</w:t>
      </w:r>
    </w:p>
    <w:p w:rsidR="00394758" w:rsidRPr="00DE4BD8" w:rsidRDefault="00394758" w:rsidP="00394758">
      <w:pPr>
        <w:pStyle w:val="NormalWeb"/>
      </w:pPr>
    </w:p>
    <w:p w:rsidR="00394758" w:rsidRPr="00DE4BD8" w:rsidRDefault="00394758" w:rsidP="00394758">
      <w:pPr>
        <w:pStyle w:val="Ttulo3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>SITUAÇÕES DE NÃO CONFORMIDADE</w:t>
      </w:r>
    </w:p>
    <w:p w:rsidR="00394758" w:rsidRPr="00DE4BD8" w:rsidRDefault="00394758" w:rsidP="0039475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84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8"/>
        <w:gridCol w:w="1134"/>
        <w:gridCol w:w="1409"/>
        <w:gridCol w:w="2147"/>
        <w:gridCol w:w="3106"/>
      </w:tblGrid>
      <w:tr w:rsidR="00394758" w:rsidRPr="00DE4BD8" w:rsidTr="00394758">
        <w:trPr>
          <w:tblHeader/>
          <w:tblCellSpacing w:w="15" w:type="dxa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E4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Data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E4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Veículo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E4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Condutor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E4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Posto Utilizado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DE4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Justificativa</w:t>
            </w:r>
          </w:p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394758" w:rsidRPr="00DE4BD8" w:rsidTr="00394758">
        <w:trPr>
          <w:trHeight w:val="266"/>
          <w:tblHeader/>
          <w:tblCellSpacing w:w="15" w:type="dxa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394758" w:rsidRPr="00DE4BD8" w:rsidTr="00394758">
        <w:trPr>
          <w:tblHeader/>
          <w:tblCellSpacing w:w="15" w:type="dxa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394758" w:rsidRPr="00DE4BD8" w:rsidTr="00394758">
        <w:trPr>
          <w:tblCellSpacing w:w="15" w:type="dxa"/>
        </w:trPr>
        <w:tc>
          <w:tcPr>
            <w:tcW w:w="1003" w:type="dxa"/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104" w:type="dxa"/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379" w:type="dxa"/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117" w:type="dxa"/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061" w:type="dxa"/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394758" w:rsidRPr="00DE4BD8" w:rsidTr="00394758">
        <w:trPr>
          <w:tblCellSpacing w:w="15" w:type="dxa"/>
        </w:trPr>
        <w:tc>
          <w:tcPr>
            <w:tcW w:w="1003" w:type="dxa"/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104" w:type="dxa"/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379" w:type="dxa"/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117" w:type="dxa"/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061" w:type="dxa"/>
            <w:vAlign w:val="center"/>
            <w:hideMark/>
          </w:tcPr>
          <w:p w:rsidR="00394758" w:rsidRPr="00DE4BD8" w:rsidRDefault="00394758" w:rsidP="00394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394758" w:rsidRPr="00DE4BD8" w:rsidRDefault="00394758" w:rsidP="00394758">
      <w:pPr>
        <w:pStyle w:val="Ttulo3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>CONCLUSÃO</w:t>
      </w:r>
    </w:p>
    <w:p w:rsidR="00394758" w:rsidRPr="00DE4BD8" w:rsidRDefault="00394758" w:rsidP="00394758">
      <w:pPr>
        <w:pStyle w:val="NormalWeb"/>
      </w:pPr>
      <w:r w:rsidRPr="00DE4BD8">
        <w:t>( ) Conforme</w:t>
      </w:r>
    </w:p>
    <w:p w:rsidR="00394758" w:rsidRPr="00DE4BD8" w:rsidRDefault="00394758" w:rsidP="00394758">
      <w:pPr>
        <w:pStyle w:val="NormalWeb"/>
      </w:pPr>
      <w:r w:rsidRPr="00DE4BD8">
        <w:lastRenderedPageBreak/>
        <w:t>( ) Conforme com Ressalvas</w:t>
      </w:r>
    </w:p>
    <w:p w:rsidR="00394758" w:rsidRDefault="00394758" w:rsidP="00394758">
      <w:pPr>
        <w:pStyle w:val="NormalWeb"/>
      </w:pPr>
      <w:r w:rsidRPr="00DE4BD8">
        <w:t>( ) Não Conforme</w:t>
      </w:r>
    </w:p>
    <w:p w:rsidR="00506B26" w:rsidRDefault="00506B26" w:rsidP="00394758">
      <w:pPr>
        <w:pStyle w:val="NormalWeb"/>
      </w:pPr>
    </w:p>
    <w:p w:rsidR="00506B26" w:rsidRPr="002073C0" w:rsidRDefault="00506B26" w:rsidP="00506B26">
      <w:pPr>
        <w:rPr>
          <w:b/>
        </w:rPr>
      </w:pPr>
      <w:r w:rsidRPr="002073C0">
        <w:rPr>
          <w:b/>
        </w:rPr>
        <w:t xml:space="preserve">ECONOMIA GERADA NO PERÍODO </w:t>
      </w:r>
    </w:p>
    <w:tbl>
      <w:tblPr>
        <w:tblW w:w="884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25"/>
        <w:gridCol w:w="3119"/>
      </w:tblGrid>
      <w:tr w:rsidR="00506B26" w:rsidRPr="002073C0" w:rsidTr="00CB6F1F">
        <w:trPr>
          <w:tblHeader/>
          <w:tblCellSpacing w:w="15" w:type="dxa"/>
        </w:trPr>
        <w:tc>
          <w:tcPr>
            <w:tcW w:w="5680" w:type="dxa"/>
            <w:vAlign w:val="center"/>
            <w:hideMark/>
          </w:tcPr>
          <w:p w:rsidR="00506B26" w:rsidRPr="002073C0" w:rsidRDefault="00506B26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073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Indicador</w:t>
            </w:r>
          </w:p>
        </w:tc>
        <w:tc>
          <w:tcPr>
            <w:tcW w:w="3074" w:type="dxa"/>
            <w:vAlign w:val="center"/>
            <w:hideMark/>
          </w:tcPr>
          <w:p w:rsidR="00506B26" w:rsidRPr="002073C0" w:rsidRDefault="00506B26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2073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</w:t>
            </w:r>
          </w:p>
        </w:tc>
      </w:tr>
      <w:tr w:rsidR="00506B26" w:rsidRPr="002073C0" w:rsidTr="00CB6F1F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506B26" w:rsidRPr="002073C0" w:rsidRDefault="00506B26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073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Litros abastecidos</w:t>
            </w:r>
          </w:p>
        </w:tc>
        <w:tc>
          <w:tcPr>
            <w:tcW w:w="3074" w:type="dxa"/>
            <w:vAlign w:val="center"/>
            <w:hideMark/>
          </w:tcPr>
          <w:p w:rsidR="00506B26" w:rsidRPr="002073C0" w:rsidRDefault="00506B26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073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______</w:t>
            </w:r>
          </w:p>
        </w:tc>
      </w:tr>
      <w:tr w:rsidR="00506B26" w:rsidRPr="002073C0" w:rsidTr="00CB6F1F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506B26" w:rsidRPr="002073C0" w:rsidRDefault="00506B26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073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Economia estimada</w:t>
            </w:r>
          </w:p>
        </w:tc>
        <w:tc>
          <w:tcPr>
            <w:tcW w:w="3074" w:type="dxa"/>
            <w:vAlign w:val="center"/>
            <w:hideMark/>
          </w:tcPr>
          <w:p w:rsidR="00506B26" w:rsidRPr="002073C0" w:rsidRDefault="00506B26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073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______</w:t>
            </w:r>
          </w:p>
        </w:tc>
      </w:tr>
      <w:tr w:rsidR="00506B26" w:rsidRPr="002073C0" w:rsidTr="00CB6F1F">
        <w:trPr>
          <w:tblCellSpacing w:w="15" w:type="dxa"/>
        </w:trPr>
        <w:tc>
          <w:tcPr>
            <w:tcW w:w="5680" w:type="dxa"/>
            <w:vAlign w:val="center"/>
            <w:hideMark/>
          </w:tcPr>
          <w:p w:rsidR="00506B26" w:rsidRPr="002073C0" w:rsidRDefault="00506B26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073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Economia potencial evitada</w:t>
            </w:r>
          </w:p>
        </w:tc>
        <w:tc>
          <w:tcPr>
            <w:tcW w:w="3074" w:type="dxa"/>
            <w:vAlign w:val="center"/>
            <w:hideMark/>
          </w:tcPr>
          <w:p w:rsidR="00506B26" w:rsidRPr="002073C0" w:rsidRDefault="00506B26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073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______</w:t>
            </w:r>
          </w:p>
        </w:tc>
      </w:tr>
    </w:tbl>
    <w:p w:rsidR="00506B26" w:rsidRPr="00DE4BD8" w:rsidRDefault="00506B26" w:rsidP="00394758">
      <w:pPr>
        <w:pStyle w:val="NormalWeb"/>
      </w:pPr>
    </w:p>
    <w:p w:rsidR="00394758" w:rsidRPr="00DE4BD8" w:rsidRDefault="00824C6D" w:rsidP="00394758">
      <w:pPr>
        <w:rPr>
          <w:rFonts w:ascii="Times New Roman" w:hAnsi="Times New Roman" w:cs="Times New Roman"/>
          <w:sz w:val="24"/>
          <w:szCs w:val="24"/>
        </w:rPr>
      </w:pPr>
      <w:r w:rsidRPr="00824C6D">
        <w:rPr>
          <w:rFonts w:ascii="Times New Roman" w:hAnsi="Times New Roman" w:cs="Times New Roman"/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394758" w:rsidRPr="00DE4BD8" w:rsidRDefault="00394758" w:rsidP="00394758">
      <w:pPr>
        <w:pStyle w:val="NormalWeb"/>
      </w:pPr>
      <w:r w:rsidRPr="00DE4BD8">
        <w:t>Gestor de Frotas</w:t>
      </w:r>
    </w:p>
    <w:p w:rsidR="00394758" w:rsidRPr="00DE4BD8" w:rsidRDefault="00394758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NormalWeb"/>
      </w:pPr>
    </w:p>
    <w:p w:rsidR="00E602D2" w:rsidRPr="00DE4BD8" w:rsidRDefault="00E602D2" w:rsidP="00394758">
      <w:pPr>
        <w:pStyle w:val="Ttulo3"/>
        <w:rPr>
          <w:rFonts w:ascii="Times New Roman" w:hAnsi="Times New Roman" w:cs="Times New Roman"/>
          <w:color w:val="auto"/>
          <w:sz w:val="24"/>
          <w:szCs w:val="24"/>
        </w:rPr>
      </w:pPr>
    </w:p>
    <w:p w:rsidR="00394758" w:rsidRPr="00DE4BD8" w:rsidRDefault="00394758" w:rsidP="00394758">
      <w:pPr>
        <w:pStyle w:val="Ttulo3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 xml:space="preserve">ANEXO IV </w:t>
      </w:r>
    </w:p>
    <w:p w:rsidR="00394758" w:rsidRPr="00DE4BD8" w:rsidRDefault="00394758" w:rsidP="00394758">
      <w:pPr>
        <w:pStyle w:val="Ttulo2"/>
        <w:rPr>
          <w:rFonts w:ascii="Times New Roman" w:hAnsi="Times New Roman" w:cs="Times New Roman"/>
          <w:color w:val="auto"/>
          <w:sz w:val="24"/>
          <w:szCs w:val="24"/>
        </w:rPr>
      </w:pPr>
      <w:r w:rsidRPr="00DE4BD8">
        <w:rPr>
          <w:rFonts w:ascii="Times New Roman" w:hAnsi="Times New Roman" w:cs="Times New Roman"/>
          <w:color w:val="auto"/>
          <w:sz w:val="24"/>
          <w:szCs w:val="24"/>
        </w:rPr>
        <w:t>TERMO DE CIÊNCIA E RESPONSABILIDADE DO CONDUTOR</w:t>
      </w:r>
    </w:p>
    <w:p w:rsidR="00394758" w:rsidRPr="00DE4BD8" w:rsidRDefault="00394758" w:rsidP="00394758">
      <w:pPr>
        <w:pStyle w:val="NormalWeb"/>
        <w:jc w:val="both"/>
      </w:pPr>
      <w:r w:rsidRPr="00DE4BD8">
        <w:t>Eu, _______________________________________, matrícula ____________, declaro ter recebido cópia da Instrução Normativa SCI nº 03/2026 e estar ciente da obrigatoriedade de observar a pesquisa de preços vigente para abastecimento dos veículos oficiais.</w:t>
      </w:r>
    </w:p>
    <w:p w:rsidR="00394758" w:rsidRPr="00DE4BD8" w:rsidRDefault="00394758" w:rsidP="00394758">
      <w:pPr>
        <w:pStyle w:val="NormalWeb"/>
        <w:jc w:val="both"/>
      </w:pPr>
      <w:r w:rsidRPr="00DE4BD8">
        <w:t>Declaro ainda estar ciente de que o abastecimento em desacordo com a norma poderá ensejar apuração administrativa.</w:t>
      </w:r>
    </w:p>
    <w:p w:rsidR="00394758" w:rsidRPr="00DE4BD8" w:rsidRDefault="00394758" w:rsidP="00394758">
      <w:pPr>
        <w:pStyle w:val="NormalWeb"/>
        <w:jc w:val="both"/>
      </w:pPr>
      <w:r w:rsidRPr="00DE4BD8">
        <w:t>Gaspar, ____ de ______________ de ______.</w:t>
      </w:r>
    </w:p>
    <w:p w:rsidR="00394758" w:rsidRPr="00DE4BD8" w:rsidRDefault="00824C6D" w:rsidP="00394758">
      <w:pPr>
        <w:jc w:val="both"/>
        <w:rPr>
          <w:rFonts w:ascii="Times New Roman" w:hAnsi="Times New Roman" w:cs="Times New Roman"/>
          <w:sz w:val="24"/>
          <w:szCs w:val="24"/>
        </w:rPr>
      </w:pPr>
      <w:r w:rsidRPr="00824C6D">
        <w:rPr>
          <w:rFonts w:ascii="Times New Roman" w:hAnsi="Times New Roman" w:cs="Times New Roman"/>
          <w:sz w:val="24"/>
          <w:szCs w:val="24"/>
        </w:rPr>
        <w:pict>
          <v:rect id="_x0000_i1032" style="width:0;height:1.5pt" o:hralign="center" o:hrstd="t" o:hr="t" fillcolor="#a0a0a0" stroked="f"/>
        </w:pict>
      </w:r>
    </w:p>
    <w:p w:rsidR="0033244F" w:rsidRPr="00DE4BD8" w:rsidRDefault="00394758" w:rsidP="00E602D2">
      <w:pPr>
        <w:pStyle w:val="NormalWeb"/>
      </w:pPr>
      <w:r w:rsidRPr="00DE4BD8">
        <w:t>Servidor</w:t>
      </w:r>
    </w:p>
    <w:p w:rsidR="00574E12" w:rsidRPr="00DE4BD8" w:rsidRDefault="00574E12" w:rsidP="00E602D2">
      <w:pPr>
        <w:pStyle w:val="NormalWeb"/>
      </w:pPr>
    </w:p>
    <w:p w:rsidR="00574E12" w:rsidRPr="00DE4BD8" w:rsidRDefault="00574E12" w:rsidP="00E602D2">
      <w:pPr>
        <w:pStyle w:val="NormalWeb"/>
      </w:pPr>
    </w:p>
    <w:p w:rsidR="00574E12" w:rsidRPr="00DE4BD8" w:rsidRDefault="00574E12" w:rsidP="00E602D2">
      <w:pPr>
        <w:pStyle w:val="NormalWeb"/>
      </w:pPr>
    </w:p>
    <w:p w:rsidR="00574E12" w:rsidRPr="00DE4BD8" w:rsidRDefault="00574E12" w:rsidP="00E602D2">
      <w:pPr>
        <w:pStyle w:val="NormalWeb"/>
      </w:pPr>
    </w:p>
    <w:p w:rsidR="00574E12" w:rsidRPr="00DE4BD8" w:rsidRDefault="00574E12" w:rsidP="00E602D2">
      <w:pPr>
        <w:pStyle w:val="NormalWeb"/>
      </w:pPr>
    </w:p>
    <w:p w:rsidR="00574E12" w:rsidRPr="00DE4BD8" w:rsidRDefault="00574E12" w:rsidP="00E602D2">
      <w:pPr>
        <w:pStyle w:val="NormalWeb"/>
      </w:pPr>
    </w:p>
    <w:p w:rsidR="00574E12" w:rsidRPr="00DE4BD8" w:rsidRDefault="00574E12" w:rsidP="00E602D2">
      <w:pPr>
        <w:pStyle w:val="NormalWeb"/>
      </w:pPr>
    </w:p>
    <w:p w:rsidR="00574E12" w:rsidRPr="00DE4BD8" w:rsidRDefault="00574E12" w:rsidP="00E602D2">
      <w:pPr>
        <w:pStyle w:val="NormalWeb"/>
      </w:pPr>
    </w:p>
    <w:p w:rsidR="00574E12" w:rsidRPr="00DE4BD8" w:rsidRDefault="00574E12" w:rsidP="00E602D2">
      <w:pPr>
        <w:pStyle w:val="NormalWeb"/>
      </w:pPr>
    </w:p>
    <w:p w:rsidR="00574E12" w:rsidRPr="00DE4BD8" w:rsidRDefault="00574E12" w:rsidP="00E602D2">
      <w:pPr>
        <w:pStyle w:val="NormalWeb"/>
      </w:pPr>
    </w:p>
    <w:p w:rsidR="00574E12" w:rsidRPr="00DE4BD8" w:rsidRDefault="00574E12" w:rsidP="00E602D2">
      <w:pPr>
        <w:pStyle w:val="NormalWeb"/>
      </w:pPr>
    </w:p>
    <w:p w:rsidR="00574E12" w:rsidRPr="00DE4BD8" w:rsidRDefault="00574E12" w:rsidP="00E602D2">
      <w:pPr>
        <w:pStyle w:val="NormalWeb"/>
      </w:pP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ANEXO V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RELATÓRIO DE VEÍCULOS COM CONSUMO ATÍPICO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Período de Referência: </w:t>
      </w:r>
      <w:r w:rsidRPr="00DE4BD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/______ a </w:t>
      </w:r>
      <w:r w:rsidRPr="00DE4BD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/______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 de Emissão: </w:t>
      </w:r>
      <w:r w:rsidRPr="00DE4BD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/______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Responsável: _______________________________________</w:t>
      </w:r>
    </w:p>
    <w:p w:rsidR="00574E12" w:rsidRPr="009F6180" w:rsidRDefault="00574E12" w:rsidP="00574E1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OBJETIVO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Identificar veículos, máquinas e equipamentos que apresentem consumo de combustível superior ou inferior aos padrões esperados, possibilitando a adoção de medidas corretivas e preventivas.</w:t>
      </w:r>
    </w:p>
    <w:p w:rsidR="00574E12" w:rsidRPr="009F6180" w:rsidRDefault="00574E12" w:rsidP="00574E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CRITÉRIOS DE ANÁLISE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Considera-se consumo atípico aquele que apresentar variação superior a 20% em relação: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à média histórica do próprio veículo;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à média de veículos da mesma categoria;</w:t>
      </w:r>
    </w:p>
    <w:p w:rsidR="00574E12" w:rsidRPr="00DE4BD8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aos parâmetros definidos pelo Gestor de Frotas.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4BD8">
        <w:rPr>
          <w:rFonts w:ascii="Times New Roman" w:hAnsi="Times New Roman" w:cs="Times New Roman"/>
          <w:sz w:val="24"/>
          <w:szCs w:val="24"/>
        </w:rPr>
        <w:t>Parágrafo único. Para fins deste relatório, considera-se consumo atípico a variação superior a 20% em relação à média histórica do veículo ou à média dos veículos da mesma categoria.</w:t>
      </w:r>
    </w:p>
    <w:p w:rsidR="00574E12" w:rsidRPr="009F6180" w:rsidRDefault="00574E12" w:rsidP="00574E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VEÍCULOS ANALISADOS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5"/>
        <w:gridCol w:w="854"/>
        <w:gridCol w:w="1133"/>
        <w:gridCol w:w="1072"/>
        <w:gridCol w:w="952"/>
        <w:gridCol w:w="1866"/>
        <w:gridCol w:w="1242"/>
        <w:gridCol w:w="976"/>
      </w:tblGrid>
      <w:tr w:rsidR="00574E12" w:rsidRPr="009F6180" w:rsidTr="00CB6F1F">
        <w:trPr>
          <w:trHeight w:val="767"/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lastRenderedPageBreak/>
              <w:t>Placa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Veículo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Secretaria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Km Inicial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Km Final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Litros Consumidos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Média Km/L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Situação</w:t>
            </w:r>
          </w:p>
        </w:tc>
      </w:tr>
      <w:tr w:rsidR="00574E12" w:rsidRPr="00DE4BD8" w:rsidTr="00CB6F1F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DE4BD8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DE4BD8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DE4BD8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DE4BD8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DE4BD8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DE4BD8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DE4BD8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DE4BD8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</w:tr>
      <w:tr w:rsidR="00574E12" w:rsidRPr="009F6180" w:rsidTr="00CB6F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574E12" w:rsidRPr="009F6180" w:rsidTr="00CB6F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574E12" w:rsidRPr="009F6180" w:rsidTr="00CB6F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574E12" w:rsidRPr="009F6180" w:rsidRDefault="00574E12" w:rsidP="00574E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VEÍCULOS COM CONSUMO ATÍPICO IDENTIFICADO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5"/>
        <w:gridCol w:w="854"/>
        <w:gridCol w:w="2413"/>
        <w:gridCol w:w="2040"/>
        <w:gridCol w:w="1473"/>
        <w:gridCol w:w="976"/>
      </w:tblGrid>
      <w:tr w:rsidR="00574E12" w:rsidRPr="009F6180" w:rsidTr="00CB6F1F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Placa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Veículo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Média Histórica Km/L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Média Atual Km/L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Variação (%)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F61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Situação</w:t>
            </w:r>
          </w:p>
        </w:tc>
      </w:tr>
      <w:tr w:rsidR="00574E12" w:rsidRPr="009F6180" w:rsidTr="00CB6F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574E12" w:rsidRPr="009F6180" w:rsidTr="00CB6F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574E12" w:rsidRPr="009F6180" w:rsidRDefault="00574E12" w:rsidP="00CB6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574E12" w:rsidRPr="009F6180" w:rsidRDefault="00574E12" w:rsidP="00574E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POSSÍVEIS CAUSAS IDENTIFICADAS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Problemas mecânicos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 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) Falha de manutenção preventiva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 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) Erro de lançamento de quilometragem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Erro de abastecimento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Uso inadequado do veículo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Excesso de marcha lenta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 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) Utilização em condições severas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 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) Outra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Descrição:</w:t>
      </w:r>
    </w:p>
    <w:p w:rsidR="00574E12" w:rsidRPr="009F6180" w:rsidRDefault="00824C6D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4C6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3" style="width:0;height:1.5pt" o:hralign="center" o:hrstd="t" o:hr="t" fillcolor="#a0a0a0" stroked="f"/>
        </w:pict>
      </w:r>
    </w:p>
    <w:p w:rsidR="00574E12" w:rsidRPr="009F6180" w:rsidRDefault="00824C6D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4C6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4" style="width:0;height:1.5pt" o:hralign="center" o:hrstd="t" o:hr="t" fillcolor="#a0a0a0" stroked="f"/>
        </w:pict>
      </w:r>
    </w:p>
    <w:p w:rsidR="00574E12" w:rsidRPr="009F6180" w:rsidRDefault="00574E12" w:rsidP="00574E1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PROVIDÊNCIAS ADOTADAS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Encaminhamento para manutenção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Orientação ao condutor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 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) Revisão dos registros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Acompanhamento intensificado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Comunicação à chefia imediata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Comunicação ao Secretário/Dirigente</w:t>
      </w:r>
    </w:p>
    <w:p w:rsidR="00574E12" w:rsidRPr="009F6180" w:rsidRDefault="00574E12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 </w:t>
      </w:r>
      <w:r w:rsidRPr="00DE4B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) Outra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Descrição:</w:t>
      </w:r>
    </w:p>
    <w:p w:rsidR="00574E12" w:rsidRPr="009F6180" w:rsidRDefault="00824C6D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4C6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5" style="width:0;height:1.5pt" o:hralign="center" o:hrstd="t" o:hr="t" fillcolor="#a0a0a0" stroked="f"/>
        </w:pict>
      </w:r>
    </w:p>
    <w:p w:rsidR="00574E12" w:rsidRPr="009F6180" w:rsidRDefault="00824C6D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4C6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6" style="width:0;height:1.5pt" o:hralign="center" o:hrstd="t" o:hr="t" fillcolor="#a0a0a0" stroked="f"/>
        </w:pict>
      </w:r>
    </w:p>
    <w:p w:rsidR="00574E12" w:rsidRPr="009F6180" w:rsidRDefault="00574E12" w:rsidP="00574E1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CONCLUSÃO</w: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Após análise dos dados de abastecimento e quilometragem registrados no sistema de gerenciamento de combustíveis, conclui-se que:</w:t>
      </w:r>
    </w:p>
    <w:p w:rsidR="00574E12" w:rsidRPr="009F6180" w:rsidRDefault="00824C6D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4C6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7" style="width:0;height:1.5pt" o:hralign="center" o:hrstd="t" o:hr="t" fillcolor="#a0a0a0" stroked="f"/>
        </w:pict>
      </w:r>
    </w:p>
    <w:p w:rsidR="00574E12" w:rsidRPr="009F6180" w:rsidRDefault="00824C6D" w:rsidP="00574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24C6D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8" style="width:0;height:1.5pt" o:hralign="center" o:hrstd="t" o:hr="t" fillcolor="#a0a0a0" stroked="f"/>
        </w:pict>
      </w:r>
    </w:p>
    <w:p w:rsidR="00574E12" w:rsidRPr="009F6180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Gaspar, ____ de __________________ de ______.</w:t>
      </w:r>
    </w:p>
    <w:p w:rsidR="00DE4BD8" w:rsidRDefault="00574E12" w:rsidP="00574E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Gestor de Frotas</w:t>
      </w:r>
    </w:p>
    <w:p w:rsidR="00574E12" w:rsidRPr="00DE4BD8" w:rsidRDefault="00574E12" w:rsidP="00DE4B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F6180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Secretário Municipal / Dirigente da Entidade</w:t>
      </w:r>
    </w:p>
    <w:sectPr w:rsidR="00574E12" w:rsidRPr="00DE4BD8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8F6" w:rsidRDefault="009248F6" w:rsidP="00394758">
      <w:pPr>
        <w:spacing w:after="0" w:line="240" w:lineRule="auto"/>
      </w:pPr>
      <w:r>
        <w:separator/>
      </w:r>
    </w:p>
  </w:endnote>
  <w:endnote w:type="continuationSeparator" w:id="1">
    <w:p w:rsidR="009248F6" w:rsidRDefault="009248F6" w:rsidP="00394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8F6" w:rsidRDefault="009248F6" w:rsidP="00394758">
      <w:pPr>
        <w:spacing w:after="0" w:line="240" w:lineRule="auto"/>
      </w:pPr>
      <w:r>
        <w:separator/>
      </w:r>
    </w:p>
  </w:footnote>
  <w:footnote w:type="continuationSeparator" w:id="1">
    <w:p w:rsidR="009248F6" w:rsidRDefault="009248F6" w:rsidP="00394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F7C" w:rsidRDefault="00144F7C">
    <w:pPr>
      <w:pStyle w:val="Cabealho"/>
    </w:pPr>
    <w:r w:rsidRPr="00394758">
      <w:rPr>
        <w:noProof/>
        <w:lang w:eastAsia="pt-BR"/>
      </w:rPr>
      <w:drawing>
        <wp:inline distT="0" distB="0" distL="0" distR="0">
          <wp:extent cx="3095625" cy="799836"/>
          <wp:effectExtent l="0" t="0" r="0" b="0"/>
          <wp:docPr id="1" name="Imagem 3" descr="C:\Users\maiara.polla\Pictures\Controladoria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aiara.polla\Pictures\Controladoria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95625" cy="7998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1727DC4"/>
    <w:multiLevelType w:val="multilevel"/>
    <w:tmpl w:val="261C76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8B558C"/>
    <w:multiLevelType w:val="multilevel"/>
    <w:tmpl w:val="4E382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8E5FBE"/>
    <w:multiLevelType w:val="multilevel"/>
    <w:tmpl w:val="770A42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6E71F0D"/>
    <w:multiLevelType w:val="multilevel"/>
    <w:tmpl w:val="F93E5B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1C2549"/>
    <w:multiLevelType w:val="multilevel"/>
    <w:tmpl w:val="54A0D83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2A3904"/>
    <w:multiLevelType w:val="multilevel"/>
    <w:tmpl w:val="FFD8AA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9CD0677"/>
    <w:multiLevelType w:val="multilevel"/>
    <w:tmpl w:val="4AA2BA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12"/>
  </w:num>
  <w:num w:numId="13">
    <w:abstractNumId w:val="9"/>
  </w:num>
  <w:num w:numId="14">
    <w:abstractNumId w:val="15"/>
  </w:num>
  <w:num w:numId="15">
    <w:abstractNumId w:val="14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730"/>
    <w:rsid w:val="00034616"/>
    <w:rsid w:val="0006063C"/>
    <w:rsid w:val="00144F7C"/>
    <w:rsid w:val="0015074B"/>
    <w:rsid w:val="0029639D"/>
    <w:rsid w:val="00326F90"/>
    <w:rsid w:val="0033244F"/>
    <w:rsid w:val="00394758"/>
    <w:rsid w:val="00506B26"/>
    <w:rsid w:val="00574E12"/>
    <w:rsid w:val="007C5CEB"/>
    <w:rsid w:val="00813101"/>
    <w:rsid w:val="00824C6D"/>
    <w:rsid w:val="009248F6"/>
    <w:rsid w:val="00AA1D8D"/>
    <w:rsid w:val="00B47730"/>
    <w:rsid w:val="00CB0664"/>
    <w:rsid w:val="00DE4BD8"/>
    <w:rsid w:val="00E602D2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394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4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4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7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1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8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5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769</Words>
  <Characters>4158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maiara.polla</cp:lastModifiedBy>
  <cp:revision>2</cp:revision>
  <dcterms:created xsi:type="dcterms:W3CDTF">2026-06-08T18:59:00Z</dcterms:created>
  <dcterms:modified xsi:type="dcterms:W3CDTF">2026-06-08T18:59:00Z</dcterms:modified>
</cp:coreProperties>
</file>